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0800CB" w:rsidRPr="00225C8E" w14:paraId="2B2E72B0" w14:textId="77777777">
        <w:tc>
          <w:tcPr>
            <w:tcW w:w="4933" w:type="dxa"/>
          </w:tcPr>
          <w:p w14:paraId="6CFD903A" w14:textId="77777777" w:rsidR="000800CB" w:rsidRPr="00225C8E" w:rsidRDefault="00D55A9F">
            <w:pPr>
              <w:pStyle w:val="Tytu"/>
              <w:rPr>
                <w:rFonts w:ascii="Segoe UI" w:hAnsi="Segoe UI" w:cs="Segoe UI"/>
                <w:lang w:val="pl-PL"/>
              </w:rPr>
            </w:pPr>
            <w:r w:rsidRPr="00225C8E">
              <w:rPr>
                <w:rFonts w:ascii="Segoe UI" w:hAnsi="Segoe UI" w:cs="Segoe UI"/>
                <w:lang w:val="pl-PL"/>
              </w:rPr>
              <w:t>Formularz rekrutacyjny</w:t>
            </w:r>
          </w:p>
          <w:p w14:paraId="5692E3F9" w14:textId="77777777" w:rsidR="000800CB" w:rsidRPr="00225C8E" w:rsidRDefault="00D55A9F">
            <w:pPr>
              <w:rPr>
                <w:rFonts w:ascii="Segoe UI" w:hAnsi="Segoe UI" w:cs="Segoe UI"/>
                <w:b/>
                <w:bCs/>
                <w:color w:val="365F91" w:themeColor="accent1" w:themeShade="BF"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color w:val="365F91" w:themeColor="accent1" w:themeShade="BF"/>
                <w:lang w:val="pl-PL"/>
              </w:rPr>
              <w:t>PROGRAM ERASMUS+</w:t>
            </w:r>
            <w:r w:rsidRPr="00225C8E">
              <w:rPr>
                <w:rFonts w:ascii="Segoe UI" w:hAnsi="Segoe UI" w:cs="Segoe UI"/>
                <w:b/>
                <w:bCs/>
                <w:color w:val="365F91" w:themeColor="accent1" w:themeShade="BF"/>
                <w:lang w:val="pl-PL"/>
              </w:rPr>
              <w:br/>
              <w:t>BLENDED INTENSIVE PROGRAM (BIP)</w:t>
            </w:r>
          </w:p>
          <w:p w14:paraId="5C40BEAB" w14:textId="77777777" w:rsidR="000800CB" w:rsidRPr="00225C8E" w:rsidRDefault="00D55A9F">
            <w:pPr>
              <w:rPr>
                <w:rFonts w:ascii="Segoe UI" w:hAnsi="Segoe UI" w:cs="Segoe UI"/>
                <w:lang w:val="pl-PL"/>
              </w:rPr>
            </w:pPr>
            <w:r w:rsidRPr="00225C8E">
              <w:rPr>
                <w:rFonts w:ascii="Segoe UI" w:hAnsi="Segoe UI" w:cs="Segoe UI"/>
                <w:lang w:val="pl-PL"/>
              </w:rPr>
              <w:t xml:space="preserve">Rok akademicki: </w:t>
            </w:r>
            <w:sdt>
              <w:sdtPr>
                <w:rPr>
                  <w:rFonts w:ascii="Segoe UI" w:hAnsi="Segoe UI" w:cs="Segoe UI"/>
                  <w:lang w:val="pl-PL"/>
                </w:rPr>
                <w:tag w:val="pole_1"/>
                <w:id w:val="1001"/>
                <w:text w:multiLine="1"/>
              </w:sdtPr>
              <w:sdtEndPr/>
              <w:sdtContent>
                <w:r w:rsidRPr="00225C8E">
                  <w:rPr>
                    <w:rFonts w:ascii="Segoe UI" w:hAnsi="Segoe UI" w:cs="Segoe UI"/>
                    <w:color w:val="666666"/>
                    <w:lang w:val="pl-PL"/>
                  </w:rPr>
                  <w:t>20… / 20…</w:t>
                </w:r>
              </w:sdtContent>
            </w:sdt>
          </w:p>
        </w:tc>
        <w:tc>
          <w:tcPr>
            <w:tcW w:w="4933" w:type="dxa"/>
          </w:tcPr>
          <w:p w14:paraId="3ADF7F96" w14:textId="77777777" w:rsidR="000800CB" w:rsidRPr="00225C8E" w:rsidRDefault="00225C8E">
            <w:pPr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alias w:val="Dodaj zdjęcie"/>
                <w:tag w:val="zdjecie"/>
                <w:id w:val="888888"/>
                <w:picture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lang w:val="pl-PL"/>
                  </w:rPr>
                  <w:drawing>
                    <wp:inline distT="0" distB="0" distL="0" distR="0" wp14:anchorId="5F1E6ABC" wp14:editId="2CF1A7AF">
                      <wp:extent cx="756000" cy="972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hoto_placeholder.png"/>
                              <pic:cNvPicPr/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56000" cy="97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FF29192" w14:textId="77777777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lang w:val="pl-PL"/>
        </w:rPr>
        <w:t>Prosimy wypełniać wyłącznie elektronicznie, zaznaczyć odpowiednie opcje i dodać zdjęcie.</w:t>
      </w:r>
    </w:p>
    <w:p w14:paraId="07C75A65" w14:textId="2472C21A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lang w:val="pl-PL"/>
        </w:rPr>
        <w:t>Do formularza należy załączyć średnią ocen z</w:t>
      </w:r>
      <w:r w:rsidR="00632C3A" w:rsidRPr="00225C8E">
        <w:rPr>
          <w:rFonts w:ascii="Segoe UI" w:hAnsi="Segoe UI" w:cs="Segoe UI"/>
          <w:b/>
          <w:lang w:val="pl-PL"/>
        </w:rPr>
        <w:t xml:space="preserve"> ostatniego</w:t>
      </w:r>
      <w:r w:rsidRPr="00225C8E">
        <w:rPr>
          <w:rFonts w:ascii="Segoe UI" w:hAnsi="Segoe UI" w:cs="Segoe UI"/>
          <w:b/>
          <w:lang w:val="pl-PL"/>
        </w:rPr>
        <w:t xml:space="preserve"> zakończon</w:t>
      </w:r>
      <w:r w:rsidR="00632C3A" w:rsidRPr="00225C8E">
        <w:rPr>
          <w:rFonts w:ascii="Segoe UI" w:hAnsi="Segoe UI" w:cs="Segoe UI"/>
          <w:b/>
          <w:lang w:val="pl-PL"/>
        </w:rPr>
        <w:t>ego</w:t>
      </w:r>
      <w:r w:rsidRPr="00225C8E">
        <w:rPr>
          <w:rFonts w:ascii="Segoe UI" w:hAnsi="Segoe UI" w:cs="Segoe UI"/>
          <w:b/>
          <w:lang w:val="pl-PL"/>
        </w:rPr>
        <w:t xml:space="preserve"> semestru aktualnego stopnia studiów, wystawioną przez pracownika DOS.</w:t>
      </w:r>
    </w:p>
    <w:p w14:paraId="05E38BB1" w14:textId="359B655B" w:rsidR="000800CB" w:rsidRPr="00225C8E" w:rsidRDefault="00632C3A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color w:val="FF0000"/>
          <w:sz w:val="18"/>
          <w:lang w:val="pl-PL"/>
        </w:rPr>
        <w:t xml:space="preserve">Ważne! </w:t>
      </w:r>
      <w:r w:rsidR="00D55A9F" w:rsidRPr="00225C8E">
        <w:rPr>
          <w:rFonts w:ascii="Segoe UI" w:hAnsi="Segoe UI" w:cs="Segoe UI"/>
          <w:sz w:val="18"/>
          <w:lang w:val="pl-PL"/>
        </w:rPr>
        <w:t>Wszystkie pola przeznaczone dla osoby kandydującej są obowiązkowe. Jeśli pole Cię nie dotyczy, wpisz „nie dotyczy”. Niekompletny formularz nie będzie uznany za ważny, nawet jeśli zostanie podpisany.</w:t>
      </w:r>
    </w:p>
    <w:p w14:paraId="0572C538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t>Dane osoby kandydującej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2"/>
        <w:gridCol w:w="5783"/>
      </w:tblGrid>
      <w:tr w:rsidR="000800CB" w:rsidRPr="00225C8E" w14:paraId="55475125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4A680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Imię i nazwisko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435F9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2"/>
                <w:id w:val="1002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4D005D52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0E16B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Stały adres zamieszkania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48BB4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3"/>
                <w:id w:val="1003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0A2C4CC4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8DFF8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Data urodzenia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4E404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4"/>
                <w:id w:val="1004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585116DE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9B07A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Telefon komórkowy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417C8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5"/>
                <w:id w:val="1005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0AF4B9D9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719DE" w14:textId="4B7C21D5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E-mail</w:t>
            </w:r>
            <w:r w:rsidR="00632C3A" w:rsidRPr="00225C8E">
              <w:rPr>
                <w:rFonts w:ascii="Segoe UI" w:hAnsi="Segoe UI" w:cs="Segoe UI"/>
                <w:b/>
                <w:bCs/>
                <w:lang w:val="pl-PL"/>
              </w:rPr>
              <w:t xml:space="preserve"> oraz numer albumu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81D9B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6"/>
                <w:id w:val="1006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41C4CEC9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A7B18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Wydział i kierunek studiów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12994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7"/>
                <w:id w:val="1007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20B30E24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DBB74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Specjalność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D2C8D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8"/>
                <w:id w:val="1008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12F77742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24ABB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Aktualny rok i stopień studiów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99EA1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9"/>
                <w:id w:val="1009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Rok: …; I / II stopnia / jednolite magisterskie / doktoranckie</w:t>
                </w:r>
              </w:sdtContent>
            </w:sdt>
          </w:p>
        </w:tc>
      </w:tr>
    </w:tbl>
    <w:p w14:paraId="3AA6E0B0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t>Dane BIP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2"/>
        <w:gridCol w:w="5783"/>
      </w:tblGrid>
      <w:tr w:rsidR="000800CB" w:rsidRPr="00225C8E" w14:paraId="28197E65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6A53E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Tytuł BIP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E052E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10"/>
                <w:id w:val="1010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10C672EC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2A382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Organizator BIP — nazwa uczelni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7A29E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11"/>
                <w:id w:val="1011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31A5B9A5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39450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Miejscowość i kraj mobilności fizycznej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D8CF7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12"/>
                <w:id w:val="1012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16063BA8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FC795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Planowana liczba punktów ECTS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87465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13"/>
                <w:id w:val="1013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67B787A8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B6444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Termin mobilności fizycznej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23C14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14"/>
                <w:id w:val="1014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Od DD.MM.RRRR do DD.MM.RRRR</w:t>
                </w:r>
              </w:sdtContent>
            </w:sdt>
          </w:p>
        </w:tc>
      </w:tr>
      <w:tr w:rsidR="000800CB" w:rsidRPr="00225C8E" w14:paraId="1EDA6D71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C214F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Termin komponentu wirtualnego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68F0B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15"/>
                <w:id w:val="1015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Od DD.MM.RRRR do DD.MM.RRRR</w:t>
                </w:r>
              </w:sdtContent>
            </w:sdt>
          </w:p>
        </w:tc>
      </w:tr>
    </w:tbl>
    <w:p w14:paraId="3CA556BA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t>Wcześniejsze mobilności Erasmus+</w:t>
      </w:r>
    </w:p>
    <w:p w14:paraId="2DFCECC5" w14:textId="77777777" w:rsidR="000800CB" w:rsidRPr="00225C8E" w:rsidRDefault="00D55A9F">
      <w:pPr>
        <w:keepNext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lang w:val="pl-PL"/>
        </w:rPr>
        <w:t>Czy wcześniej uczestniczyłeś w programie Erasmus (studia, praktyka lub BIP)?</w:t>
      </w:r>
    </w:p>
    <w:p w14:paraId="5B141B2E" w14:textId="77777777" w:rsidR="000800CB" w:rsidRPr="00225C8E" w:rsidRDefault="00225C8E">
      <w:pPr>
        <w:rPr>
          <w:rFonts w:ascii="Segoe UI" w:hAnsi="Segoe UI" w:cs="Segoe UI"/>
          <w:lang w:val="pl-PL"/>
        </w:rPr>
      </w:pPr>
      <w:sdt>
        <w:sdtPr>
          <w:rPr>
            <w:rFonts w:ascii="Segoe UI" w:hAnsi="Segoe UI" w:cs="Segoe UI"/>
            <w:lang w:val="pl-PL"/>
          </w:rPr>
          <w:tag w:val="pole_16"/>
          <w:id w:val="1016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TAK     </w:t>
      </w:r>
      <w:sdt>
        <w:sdtPr>
          <w:rPr>
            <w:rFonts w:ascii="Segoe UI" w:hAnsi="Segoe UI" w:cs="Segoe UI"/>
            <w:lang w:val="pl-PL"/>
          </w:rPr>
          <w:tag w:val="pole_17"/>
          <w:id w:val="1017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NIE     </w:t>
      </w:r>
    </w:p>
    <w:p w14:paraId="2D6396D8" w14:textId="77777777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lang w:val="pl-PL"/>
        </w:rPr>
        <w:t>Jeśli tak, uzupełnij dane dla każdego wyjazdu.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2"/>
        <w:gridCol w:w="5783"/>
      </w:tblGrid>
      <w:tr w:rsidR="000800CB" w:rsidRPr="00225C8E" w14:paraId="5FE3007F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E9BDB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Rodzaj mobilności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E1406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18"/>
                <w:id w:val="1018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Studia / praktyka / BIP</w:t>
                </w:r>
              </w:sdtContent>
            </w:sdt>
          </w:p>
        </w:tc>
      </w:tr>
      <w:tr w:rsidR="000800CB" w:rsidRPr="00225C8E" w14:paraId="01DC7E2C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6EB92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Nazwa uczelni lub instytucji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7F4F1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19"/>
                <w:id w:val="1019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760C4C78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10F71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lastRenderedPageBreak/>
              <w:t>Rok akademicki i poziom studiów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A1109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20"/>
                <w:id w:val="1020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  <w:tr w:rsidR="000800CB" w:rsidRPr="00225C8E" w14:paraId="152CB089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E97BD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Czas trwania mobilności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016F0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21"/>
                <w:id w:val="1021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Od DD.MM.RRRR do DD.MM.RRRR</w:t>
                </w:r>
              </w:sdtContent>
            </w:sdt>
          </w:p>
        </w:tc>
      </w:tr>
    </w:tbl>
    <w:p w14:paraId="6E7D25D9" w14:textId="742AC9B5" w:rsidR="000800CB" w:rsidRPr="00225C8E" w:rsidRDefault="000800CB">
      <w:pPr>
        <w:rPr>
          <w:rFonts w:ascii="Segoe UI" w:hAnsi="Segoe UI" w:cs="Segoe UI"/>
          <w:lang w:val="pl-PL"/>
        </w:rPr>
      </w:pPr>
    </w:p>
    <w:p w14:paraId="5221EADF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t>Znajomość języków obcych</w:t>
      </w:r>
    </w:p>
    <w:p w14:paraId="7A3C3C5C" w14:textId="77777777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lang w:val="pl-PL"/>
        </w:rPr>
        <w:t>Podaj poziom B1, B2, C1 lub C2. Kopię właściwego zaświadczenia załącz do formularza.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2"/>
        <w:gridCol w:w="5783"/>
      </w:tblGrid>
      <w:tr w:rsidR="000800CB" w:rsidRPr="00225C8E" w14:paraId="20ACD14A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47CF8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Język angielski — poziom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B377F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22"/>
                <w:id w:val="1022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poziom</w:t>
                </w:r>
              </w:sdtContent>
            </w:sdt>
          </w:p>
        </w:tc>
      </w:tr>
      <w:tr w:rsidR="000800CB" w:rsidRPr="00225C8E" w14:paraId="5DBDFCDA" w14:textId="77777777" w:rsidTr="00D55A9F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DE9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5C8AB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Inny język — nazwa i poziom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01839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23"/>
                <w:id w:val="1023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</w:tbl>
    <w:p w14:paraId="5C9A0F3C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t>Dodatkowe informacje</w:t>
      </w:r>
    </w:p>
    <w:p w14:paraId="1D475B0C" w14:textId="77777777" w:rsidR="000800CB" w:rsidRPr="00225C8E" w:rsidRDefault="00D55A9F">
      <w:pPr>
        <w:keepNext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lang w:val="pl-PL"/>
        </w:rPr>
        <w:t>Czy obecnie otrzymujesz krajowe stypendium socjalne?</w:t>
      </w:r>
    </w:p>
    <w:p w14:paraId="557CA490" w14:textId="77777777" w:rsidR="000800CB" w:rsidRPr="00225C8E" w:rsidRDefault="00225C8E">
      <w:pPr>
        <w:rPr>
          <w:rFonts w:ascii="Segoe UI" w:hAnsi="Segoe UI" w:cs="Segoe UI"/>
          <w:lang w:val="pl-PL"/>
        </w:rPr>
      </w:pPr>
      <w:sdt>
        <w:sdtPr>
          <w:rPr>
            <w:rFonts w:ascii="Segoe UI" w:hAnsi="Segoe UI" w:cs="Segoe UI"/>
            <w:lang w:val="pl-PL"/>
          </w:rPr>
          <w:tag w:val="pole_24"/>
          <w:id w:val="1024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TAK     </w:t>
      </w:r>
      <w:sdt>
        <w:sdtPr>
          <w:rPr>
            <w:rFonts w:ascii="Segoe UI" w:hAnsi="Segoe UI" w:cs="Segoe UI"/>
            <w:lang w:val="pl-PL"/>
          </w:rPr>
          <w:tag w:val="pole_25"/>
          <w:id w:val="1025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NIE     </w:t>
      </w:r>
    </w:p>
    <w:p w14:paraId="29C213E9" w14:textId="77777777" w:rsidR="000800CB" w:rsidRPr="00225C8E" w:rsidRDefault="00D55A9F">
      <w:pPr>
        <w:keepNext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lang w:val="pl-PL"/>
        </w:rPr>
        <w:t>Czy posiadasz orzeczenie o niepełnosprawności?</w:t>
      </w:r>
    </w:p>
    <w:p w14:paraId="1582A531" w14:textId="77777777" w:rsidR="000800CB" w:rsidRPr="00225C8E" w:rsidRDefault="00225C8E">
      <w:pPr>
        <w:rPr>
          <w:rFonts w:ascii="Segoe UI" w:hAnsi="Segoe UI" w:cs="Segoe UI"/>
          <w:lang w:val="pl-PL"/>
        </w:rPr>
      </w:pPr>
      <w:sdt>
        <w:sdtPr>
          <w:rPr>
            <w:rFonts w:ascii="Segoe UI" w:hAnsi="Segoe UI" w:cs="Segoe UI"/>
            <w:lang w:val="pl-PL"/>
          </w:rPr>
          <w:tag w:val="pole_26"/>
          <w:id w:val="1026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TAK     </w:t>
      </w:r>
      <w:sdt>
        <w:sdtPr>
          <w:rPr>
            <w:rFonts w:ascii="Segoe UI" w:hAnsi="Segoe UI" w:cs="Segoe UI"/>
            <w:lang w:val="pl-PL"/>
          </w:rPr>
          <w:tag w:val="pole_27"/>
          <w:id w:val="1027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NIE     </w:t>
      </w:r>
    </w:p>
    <w:p w14:paraId="50081095" w14:textId="77777777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lang w:val="pl-PL"/>
        </w:rPr>
        <w:t>Jeśli tak, kopię odpowiedniej decyzji lub orzeczenia załącz do formularza.</w:t>
      </w:r>
    </w:p>
    <w:p w14:paraId="6070FE6A" w14:textId="77777777" w:rsidR="000800CB" w:rsidRPr="00225C8E" w:rsidRDefault="00D55A9F">
      <w:pPr>
        <w:keepNext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lang w:val="pl-PL"/>
        </w:rPr>
        <w:t>Preferowany sposób podróży</w:t>
      </w:r>
    </w:p>
    <w:p w14:paraId="69DD23FD" w14:textId="77777777" w:rsidR="000800CB" w:rsidRPr="00225C8E" w:rsidRDefault="00225C8E">
      <w:pPr>
        <w:rPr>
          <w:rFonts w:ascii="Segoe UI" w:hAnsi="Segoe UI" w:cs="Segoe UI"/>
          <w:lang w:val="pl-PL"/>
        </w:rPr>
      </w:pPr>
      <w:sdt>
        <w:sdtPr>
          <w:rPr>
            <w:rFonts w:ascii="Segoe UI" w:hAnsi="Segoe UI" w:cs="Segoe UI"/>
            <w:lang w:val="pl-PL"/>
          </w:rPr>
          <w:tag w:val="pole_28"/>
          <w:id w:val="1028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Samolot / inne     </w:t>
      </w:r>
      <w:sdt>
        <w:sdtPr>
          <w:rPr>
            <w:rFonts w:ascii="Segoe UI" w:hAnsi="Segoe UI" w:cs="Segoe UI"/>
            <w:lang w:val="pl-PL"/>
          </w:rPr>
          <w:tag w:val="pole_29"/>
          <w:id w:val="1029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Green Travel     </w:t>
      </w:r>
    </w:p>
    <w:p w14:paraId="63BA87EF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t>Zgoda na udostępnienie adresu e-mail</w:t>
      </w:r>
    </w:p>
    <w:p w14:paraId="05FDD2AA" w14:textId="77777777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lang w:val="pl-PL"/>
        </w:rPr>
        <w:t>Wyrażam zgodę na udostępnienie mojego adresu e-mail innym studentom wyjeżdżającym na tę samą mobilność w celach organizacyjnych.</w:t>
      </w:r>
    </w:p>
    <w:p w14:paraId="75877A61" w14:textId="77777777" w:rsidR="000800CB" w:rsidRPr="00225C8E" w:rsidRDefault="00225C8E">
      <w:pPr>
        <w:rPr>
          <w:rFonts w:ascii="Segoe UI" w:hAnsi="Segoe UI" w:cs="Segoe UI"/>
          <w:lang w:val="pl-PL"/>
        </w:rPr>
      </w:pPr>
      <w:sdt>
        <w:sdtPr>
          <w:rPr>
            <w:rFonts w:ascii="Segoe UI" w:hAnsi="Segoe UI" w:cs="Segoe UI"/>
            <w:lang w:val="pl-PL"/>
          </w:rPr>
          <w:tag w:val="pole_30"/>
          <w:id w:val="1030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TAK      </w:t>
      </w:r>
      <w:sdt>
        <w:sdtPr>
          <w:rPr>
            <w:rFonts w:ascii="Segoe UI" w:hAnsi="Segoe UI" w:cs="Segoe UI"/>
            <w:lang w:val="pl-PL"/>
          </w:rPr>
          <w:tag w:val="pole_31"/>
          <w:id w:val="1031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NIE      </w:t>
      </w:r>
    </w:p>
    <w:p w14:paraId="696EC509" w14:textId="77777777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sz w:val="18"/>
          <w:lang w:val="pl-PL"/>
        </w:rPr>
        <w:t>Wyrażenie zgody jest dobrowolne. Zaznacz jedną z odpowiedzi.</w:t>
      </w:r>
    </w:p>
    <w:p w14:paraId="5989D664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t>Uzasadnienie udziału w BIP</w:t>
      </w:r>
    </w:p>
    <w:p w14:paraId="17F2984A" w14:textId="77777777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lang w:val="pl-PL"/>
        </w:rPr>
        <w:t>Napisz krótko (od 5 do 10 zdań), jak uczestnictwo w BIP wpłynie na Twoje życie.</w:t>
      </w:r>
    </w:p>
    <w:p w14:paraId="50C9202E" w14:textId="77777777" w:rsidR="000800CB" w:rsidRPr="00225C8E" w:rsidRDefault="00225C8E">
      <w:pPr>
        <w:spacing w:after="1900"/>
        <w:rPr>
          <w:rFonts w:ascii="Segoe UI" w:hAnsi="Segoe UI" w:cs="Segoe UI"/>
          <w:lang w:val="pl-PL"/>
        </w:rPr>
      </w:pPr>
      <w:sdt>
        <w:sdtPr>
          <w:rPr>
            <w:rFonts w:ascii="Segoe UI" w:hAnsi="Segoe UI" w:cs="Segoe UI"/>
            <w:lang w:val="pl-PL"/>
          </w:rPr>
          <w:tag w:val="pole_32"/>
          <w:id w:val="1032"/>
          <w:text w:multiLine="1"/>
        </w:sdtPr>
        <w:sdtEndPr/>
        <w:sdtContent>
          <w:r w:rsidR="00D55A9F" w:rsidRPr="00225C8E">
            <w:rPr>
              <w:rFonts w:ascii="Segoe UI" w:hAnsi="Segoe UI" w:cs="Segoe UI"/>
              <w:color w:val="666666"/>
              <w:lang w:val="pl-PL"/>
            </w:rPr>
            <w:t>Kliknij i wpisz uzasadnienie</w:t>
          </w:r>
        </w:sdtContent>
      </w:sdt>
    </w:p>
    <w:p w14:paraId="4EE4619F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t>Załączniki</w:t>
      </w:r>
    </w:p>
    <w:p w14:paraId="2A81F398" w14:textId="77777777" w:rsidR="000800CB" w:rsidRPr="00225C8E" w:rsidRDefault="00225C8E">
      <w:pPr>
        <w:spacing w:after="60"/>
        <w:rPr>
          <w:rFonts w:ascii="Segoe UI" w:hAnsi="Segoe UI" w:cs="Segoe UI"/>
          <w:lang w:val="pl-PL"/>
        </w:rPr>
      </w:pPr>
      <w:sdt>
        <w:sdtPr>
          <w:rPr>
            <w:rFonts w:ascii="Segoe UI" w:hAnsi="Segoe UI" w:cs="Segoe UI"/>
            <w:lang w:val="pl-PL"/>
          </w:rPr>
          <w:tag w:val="pole_33"/>
          <w:id w:val="1033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Średnia ocen wystawiona przez pracownika DOS</w:t>
      </w:r>
    </w:p>
    <w:p w14:paraId="566AD819" w14:textId="77777777" w:rsidR="000800CB" w:rsidRPr="00225C8E" w:rsidRDefault="00225C8E">
      <w:pPr>
        <w:spacing w:after="60"/>
        <w:rPr>
          <w:rFonts w:ascii="Segoe UI" w:hAnsi="Segoe UI" w:cs="Segoe UI"/>
          <w:lang w:val="pl-PL"/>
        </w:rPr>
      </w:pPr>
      <w:sdt>
        <w:sdtPr>
          <w:rPr>
            <w:rFonts w:ascii="Segoe UI" w:hAnsi="Segoe UI" w:cs="Segoe UI"/>
            <w:lang w:val="pl-PL"/>
          </w:rPr>
          <w:tag w:val="pole_34"/>
          <w:id w:val="1034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Kopia zaświadczenia potwierdzającego znajomość języka obcego</w:t>
      </w:r>
    </w:p>
    <w:p w14:paraId="5BF114AB" w14:textId="77777777" w:rsidR="000800CB" w:rsidRPr="00225C8E" w:rsidRDefault="00225C8E">
      <w:pPr>
        <w:spacing w:after="60"/>
        <w:rPr>
          <w:rFonts w:ascii="Segoe UI" w:hAnsi="Segoe UI" w:cs="Segoe UI"/>
          <w:lang w:val="pl-PL"/>
        </w:rPr>
      </w:pPr>
      <w:sdt>
        <w:sdtPr>
          <w:rPr>
            <w:rFonts w:ascii="Segoe UI" w:hAnsi="Segoe UI" w:cs="Segoe UI"/>
            <w:lang w:val="pl-PL"/>
          </w:rPr>
          <w:tag w:val="pole_35"/>
          <w:id w:val="1035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D55A9F" w:rsidRPr="00225C8E">
            <w:rPr>
              <w:rFonts w:ascii="Segoe UI Symbol" w:hAnsi="Segoe UI Symbol" w:cs="Segoe UI Symbol"/>
              <w:color w:val="666666"/>
              <w:lang w:val="pl-PL"/>
            </w:rPr>
            <w:t>☐</w:t>
          </w:r>
        </w:sdtContent>
      </w:sdt>
      <w:r w:rsidR="00D55A9F" w:rsidRPr="00225C8E">
        <w:rPr>
          <w:rFonts w:ascii="Segoe UI" w:hAnsi="Segoe UI" w:cs="Segoe UI"/>
          <w:lang w:val="pl-PL"/>
        </w:rPr>
        <w:t xml:space="preserve"> Kopia decyzji o stypendium socjalnym lub orzeczenia o niepełnosprawności — jeśli dotyczy</w:t>
      </w:r>
    </w:p>
    <w:p w14:paraId="4AB2B8F1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t>Podpis osoby kandydującej</w:t>
      </w:r>
    </w:p>
    <w:p w14:paraId="456DC0B4" w14:textId="77777777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lang w:val="pl-PL"/>
        </w:rPr>
        <w:t>Podpis: ...........................................................       Data: ...................................</w:t>
      </w:r>
    </w:p>
    <w:p w14:paraId="1E869A5A" w14:textId="77777777" w:rsidR="000800CB" w:rsidRPr="00225C8E" w:rsidRDefault="00D55A9F">
      <w:pPr>
        <w:keepNext/>
        <w:spacing w:before="200"/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b/>
          <w:color w:val="141D82"/>
          <w:sz w:val="22"/>
          <w:lang w:val="pl-PL"/>
        </w:rPr>
        <w:lastRenderedPageBreak/>
        <w:t>Akceptacja opiekuna BIP z ramienia AWF lub koordynatora wydziałowego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2"/>
        <w:gridCol w:w="5783"/>
      </w:tblGrid>
      <w:tr w:rsidR="000800CB" w:rsidRPr="00225C8E" w14:paraId="68C6F703" w14:textId="77777777"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C23D2" w14:textId="77777777" w:rsidR="000800CB" w:rsidRPr="00225C8E" w:rsidRDefault="00D55A9F">
            <w:pPr>
              <w:spacing w:after="20"/>
              <w:rPr>
                <w:rFonts w:ascii="Segoe UI" w:hAnsi="Segoe UI" w:cs="Segoe UI"/>
                <w:b/>
                <w:bCs/>
                <w:lang w:val="pl-PL"/>
              </w:rPr>
            </w:pPr>
            <w:r w:rsidRPr="00225C8E">
              <w:rPr>
                <w:rFonts w:ascii="Segoe UI" w:hAnsi="Segoe UI" w:cs="Segoe UI"/>
                <w:b/>
                <w:bCs/>
                <w:lang w:val="pl-PL"/>
              </w:rPr>
              <w:t>Imię i nazwisko</w:t>
            </w:r>
          </w:p>
        </w:tc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700D0" w14:textId="77777777" w:rsidR="000800CB" w:rsidRPr="00225C8E" w:rsidRDefault="00225C8E">
            <w:pPr>
              <w:spacing w:after="20"/>
              <w:rPr>
                <w:rFonts w:ascii="Segoe UI" w:hAnsi="Segoe UI" w:cs="Segoe UI"/>
                <w:lang w:val="pl-PL"/>
              </w:rPr>
            </w:pPr>
            <w:sdt>
              <w:sdtPr>
                <w:rPr>
                  <w:rFonts w:ascii="Segoe UI" w:hAnsi="Segoe UI" w:cs="Segoe UI"/>
                  <w:lang w:val="pl-PL"/>
                </w:rPr>
                <w:tag w:val="pole_36"/>
                <w:id w:val="1036"/>
                <w:text w:multiLine="1"/>
              </w:sdtPr>
              <w:sdtEndPr/>
              <w:sdtContent>
                <w:r w:rsidR="00D55A9F" w:rsidRPr="00225C8E">
                  <w:rPr>
                    <w:rFonts w:ascii="Segoe UI" w:hAnsi="Segoe UI" w:cs="Segoe UI"/>
                    <w:color w:val="666666"/>
                    <w:lang w:val="pl-PL"/>
                  </w:rPr>
                  <w:t>Wpisz odpowiedź</w:t>
                </w:r>
              </w:sdtContent>
            </w:sdt>
          </w:p>
        </w:tc>
      </w:tr>
    </w:tbl>
    <w:p w14:paraId="33FF2AEC" w14:textId="77777777" w:rsidR="000800CB" w:rsidRPr="00225C8E" w:rsidRDefault="00D55A9F">
      <w:pPr>
        <w:rPr>
          <w:rFonts w:ascii="Segoe UI" w:hAnsi="Segoe UI" w:cs="Segoe UI"/>
          <w:lang w:val="pl-PL"/>
        </w:rPr>
      </w:pPr>
      <w:r w:rsidRPr="00225C8E">
        <w:rPr>
          <w:rFonts w:ascii="Segoe UI" w:hAnsi="Segoe UI" w:cs="Segoe UI"/>
          <w:lang w:val="pl-PL"/>
        </w:rPr>
        <w:t>Podpis: ...........................................................       Data: ...................................</w:t>
      </w:r>
    </w:p>
    <w:sectPr w:rsidR="000800CB" w:rsidRPr="00225C8E" w:rsidSect="00034616">
      <w:headerReference w:type="default" r:id="rId9"/>
      <w:footerReference w:type="default" r:id="rId10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4C4B0" w14:textId="77777777" w:rsidR="00D55A9F" w:rsidRDefault="00D55A9F">
      <w:pPr>
        <w:spacing w:after="0" w:line="240" w:lineRule="auto"/>
      </w:pPr>
      <w:r>
        <w:separator/>
      </w:r>
    </w:p>
  </w:endnote>
  <w:endnote w:type="continuationSeparator" w:id="0">
    <w:p w14:paraId="1EBFD353" w14:textId="77777777" w:rsidR="00D55A9F" w:rsidRDefault="00D55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E21C" w14:textId="77777777" w:rsidR="000800CB" w:rsidRDefault="00D55A9F">
    <w:pPr>
      <w:pStyle w:val="Stopka"/>
      <w:jc w:val="right"/>
    </w:pPr>
    <w:r>
      <w:rPr>
        <w:sz w:val="16"/>
      </w:rPr>
      <w:t xml:space="preserve">Erasmus+ BIP  |  </w:t>
    </w:r>
    <w:r>
      <w:fldChar w:fldCharType="begin"/>
    </w:r>
    <w:r>
      <w:instrText>PAGE</w:instrText>
    </w:r>
    <w:r>
      <w:fldChar w:fldCharType="separate"/>
    </w:r>
    <w:r w:rsidR="00632C3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36B54" w14:textId="77777777" w:rsidR="00D55A9F" w:rsidRDefault="00D55A9F">
      <w:pPr>
        <w:spacing w:after="0" w:line="240" w:lineRule="auto"/>
      </w:pPr>
      <w:r>
        <w:separator/>
      </w:r>
    </w:p>
  </w:footnote>
  <w:footnote w:type="continuationSeparator" w:id="0">
    <w:p w14:paraId="43ACB69F" w14:textId="77777777" w:rsidR="00D55A9F" w:rsidRDefault="00D55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6B9C7" w14:textId="77777777" w:rsidR="000800CB" w:rsidRDefault="00D55A9F">
    <w:pPr>
      <w:pStyle w:val="Nagwek"/>
    </w:pPr>
    <w:r>
      <w:rPr>
        <w:noProof/>
      </w:rPr>
      <w:drawing>
        <wp:inline distT="0" distB="0" distL="0" distR="0" wp14:anchorId="5941C17A" wp14:editId="4AA847ED">
          <wp:extent cx="612000" cy="28771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" cy="2877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141D82"/>
      </w:rPr>
      <w:t xml:space="preserve">   AWF POZNAŃ  |  ERASMUS+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5666560">
    <w:abstractNumId w:val="8"/>
  </w:num>
  <w:num w:numId="2" w16cid:durableId="56242917">
    <w:abstractNumId w:val="6"/>
  </w:num>
  <w:num w:numId="3" w16cid:durableId="1105152143">
    <w:abstractNumId w:val="5"/>
  </w:num>
  <w:num w:numId="4" w16cid:durableId="798839169">
    <w:abstractNumId w:val="4"/>
  </w:num>
  <w:num w:numId="5" w16cid:durableId="1408187294">
    <w:abstractNumId w:val="7"/>
  </w:num>
  <w:num w:numId="6" w16cid:durableId="1426461101">
    <w:abstractNumId w:val="3"/>
  </w:num>
  <w:num w:numId="7" w16cid:durableId="299459615">
    <w:abstractNumId w:val="2"/>
  </w:num>
  <w:num w:numId="8" w16cid:durableId="1056856957">
    <w:abstractNumId w:val="1"/>
  </w:num>
  <w:num w:numId="9" w16cid:durableId="1893032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0CB"/>
    <w:rsid w:val="0015074B"/>
    <w:rsid w:val="00225C8E"/>
    <w:rsid w:val="0029639D"/>
    <w:rsid w:val="00326F90"/>
    <w:rsid w:val="00632C3A"/>
    <w:rsid w:val="00825A1B"/>
    <w:rsid w:val="00AA1D8D"/>
    <w:rsid w:val="00B47730"/>
    <w:rsid w:val="00B7427C"/>
    <w:rsid w:val="00CB0664"/>
    <w:rsid w:val="00D55A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54CE45"/>
  <w14:defaultImageDpi w14:val="300"/>
  <w15:docId w15:val="{120F87E7-6F48-403A-849D-997AC309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Calibri" w:hAnsi="Calibri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141D82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1D82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41D82"/>
      <w:spacing w:val="5"/>
      <w:kern w:val="28"/>
      <w:sz w:val="3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445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Erasmus BIP AWF Poznań</dc:title>
  <dc:subject/>
  <dc:creator>AWF Poznań</dc:creator>
  <cp:keywords/>
  <dc:description>generated by python-docx</dc:description>
  <cp:lastModifiedBy>[AWF] Łuć-Werakso Daria</cp:lastModifiedBy>
  <cp:revision>5</cp:revision>
  <dcterms:created xsi:type="dcterms:W3CDTF">2013-12-23T23:15:00Z</dcterms:created>
  <dcterms:modified xsi:type="dcterms:W3CDTF">2026-10-23T09:50:00Z</dcterms:modified>
  <cp:category/>
</cp:coreProperties>
</file>